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335 от 24.06.2019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295 от 02.07.2018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263 от 10.11.2017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163 от 18.08.2017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10.11.2017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