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249 от 11.06.2019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246 от 07.06.2018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189 от 15.09.2017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