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Акт плановой проверки № 202 от 10.05.2018 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Исключен из состава членов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172 от 23.03.2018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352 от 26.12.2017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23.03.2018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