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149 от 12.04.2018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 от 14.04.2017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13.04.2016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209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 от 13.04.2015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49 от 09.04.2014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27.03.2013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48 от 28.03.2012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