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150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332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180 от 02.10.2017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15.12.2017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