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68 от 07.02.2018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343 от 26.12.2017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