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36 от 19.01.2018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Исключен из состава членов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246 от 31.10.2017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19.01.2018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91 от 06.07.2017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06.07.2017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119 от 06.07.2016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06.07.2016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