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33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214 от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131 от 28.07.2017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 от 21.04.2017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28.07.2017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71 от 21.04.2016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49 от 21.04.2015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54 от 18.04.2014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 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 от 05.04.2013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 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 от 06.04.2012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