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281 от 17.11.2017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89 от 06.07.2017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117 от 06.07.2016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