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280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90 от 06.07.2017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118 от 06.07.2016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