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220 от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Вынесена рекомендация в Правление А "СО "СЧ" об исключении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130 от 28.07.2017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103 от 19.07.2017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 от 28.04.2017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28.07.2017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229 от 30.11.2016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28.04.2017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136 от 19.07.2016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30.11.2016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90 от 17.07.2015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97 от 11.07.2014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93 от 21.07.2013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103 от 06.07.2012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