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246 от 12.01.2017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16.01.2016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209 от 31.12.2014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48-1 от 01.04.2013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