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216 от 24.11.2016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168 от 24.11.2015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167 от 24.11.2014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169 от 25.11.2013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176 от 12.11.2012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