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162 от 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124 от 06.06.2016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 от 21.03.2016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приостановлено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226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приостановлено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124 от 04.09.2015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129 от 04.09.2014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132 от 05.09.2013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139 от 23.08.2012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