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52 от 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30.03.2016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Действие Свидетельства прекращено.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144 от 18.09.2015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71 от 13.06.2015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31.03.2016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76 от 06.06.2014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77 от 24.05.2013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24.05.2013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85 от 25.05.2012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25.05.2012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05.2012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