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61 от 13.05.2015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67 от 12.05.2014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67 от 26.04.2013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 от 04.05.2012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