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79 от 17.05.2012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17.05.2012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