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68 от 29.04.2013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29.04.2013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71 от 04.05.2012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04.05.2012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