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21.04.2014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08.04.2013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54 от 09.04.2012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