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41 от 28.03.2014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28.03.2014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39 от 15.03.2013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15.03.2013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