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170 от 26.11.2013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26.11.2013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177 от 13.11.2012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13.11.2012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