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166 от 15.11.2013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173 от 02.11.2012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