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161 от 07.11.2013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07.11.2013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169 от 25.10.2012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25.10.2012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