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21-С-0272-0517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"Строительная компания "Виком"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"Строительная компания "Виком"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2130146580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1142130015796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26.11.2014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22.05.2017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299 (22.05.2017)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19.11.2025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Баринов Александр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50-77-21, 50-77-10, 50-77-15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Лапсарский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«Страховая Компания «Согласие»</w:t>
              <w:br/>
              <w:t>№ Лицензии: СИ 1307 от 25 мая 2015 года</w:t>
              <w:br/>
              <w:t>Адрес: 129110, г. Москва, ул. Гиляровского, д. 42</w:t>
              <w:br/>
              <w:t>Контактные телефоны: +7 (495) 739-01-01, 8-800-200-01-01</w:t>
              <w:br/>
              <w:t>Веб сайт: http://www.soglasie.ru/</w:t>
              <w:br/>
              <w:t>Электронная почта: info@soglasie.ru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2009022-1539841/24СРО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18.06.2024 по 17.06.2025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