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1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астерО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астерО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0005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20002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0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9 (22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5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рофимов Юри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26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ате Зал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2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1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5.2018 по 15.05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