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21-С-0265-0517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"Стройремсервис"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"Стройремсервис"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2128044742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1022101130028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24.07.2002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296 (03.05.2017)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Терентьев Николай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68-31-14, +79023283114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 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ком.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14.05.2026 по 13.05.2027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