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21-С-0255-0417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"СЗ "Квадрожилстрой"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"Специализированный застройщик "Квадрожилстрой"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2130103956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1122130006547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25.05.2012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21.04.2017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293 (21.04.2017)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Андреева Ирина Владимировна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www.квадрожилстрой.рф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428903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Лапсарский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63А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«РЕСО-Гарантия» </w:t>
              <w:br/>
              <w:t>№ Лицензии: ОС 1209 - 03 от 20 августа 2015 года</w:t>
              <w:br/>
              <w:t>Адрес: 117105, г. Москва, Нагорный пр., д. 6</w:t>
              <w:br/>
              <w:t>Контактные телефоны: +7 (495) 730-30-00,  факс: +7 495) 956-25-85</w:t>
              <w:br/>
              <w:t>Веб сайт: http://www.reso.ru/</w:t>
              <w:br/>
              <w:t>Электронная почта: mail@reso.ru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924/2827673201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30.06.2025 по 29.06.2026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