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21-С-0246-0417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"Оргтехстрой"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"Оргтехстрой"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2130113070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1122130015787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27.12.2012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05.04.2017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291 (05.04.2017)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30.10.2019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453 (30.10.2019)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Исключены на основании п.2 ч.2 ст. 55.7. ГрК РФ. На момент исключения размер взноса в компенсационный фонд возмещения вреда составлял - 300 000 рублей, в компенсационный фонд обеспечения договорных обязательств - 0 рублей.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Аджимиров Радж Зивриевич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62-62-27, 27-77-22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Веб сайт: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www.оргтестрой21.рф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Ярославская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39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Акционерное общество «АльфаСтрахование»</w:t>
              <w:br/>
              <w:t>№ Лицензии: СИ № 2239 от 13 ноября 2017 года</w:t>
              <w:br/>
              <w:t>Адрес: 115162, г. Москва, ул. Шаболовка, д. 31, стр. Б</w:t>
              <w:br/>
              <w:t>Контактные телефоны: +7 (495) 788-09-99,  факс: +7 (495) 785-08-88</w:t>
              <w:br/>
              <w:t>Веб сайт: www.alfastrah.ru</w:t>
              <w:br/>
              <w:t>Электронная почта: alfastrah@alfastrah.ru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7791D/906/00008/8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14.03.2018 по 13.03.2019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