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21-С-0236-0317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"Гравелстрой"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"Гравелстрой"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2116001840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1132135000392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01.07.2013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21.03.2017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287 (21.03.2017)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обеспечения договорных обязательств (КФ ОДО)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ОДО: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Первый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Предельный размер обязательств по договорам, заключаемым с использованием конкурентных способов заключения договоров: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девяносто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Минетуллин Фанис Зекиевич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+79116106548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Академика А.Н. Крылова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Наименование организации: Публичное акционерное общество «Страховая акционерная компания "Энергогарант"</w:t>
              <w:br/>
              <w:t>№ Лицензии: ОС 1834 - 03 от 1 февраля 2016 года</w:t>
              <w:br/>
              <w:t>Адрес: 115035, г. Москва, Садовническая наб., д. 23</w:t>
              <w:br/>
              <w:t>Контактные телефоны: +7 (495) 737-03-01, +7 (495) 737-03-30</w:t>
              <w:br/>
              <w:t>Веб сайт: http://www.energogarant.ru/</w:t>
              <w:br/>
              <w:t>Электронная почта: energy@msk-garant.ru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264900-021-001916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19.08.2026 по 18.08.2027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