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21-С-0234-0317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- Лерон"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- Лерон"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2114003552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1152137030462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286 (16.03.2017)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Лебедева Анна Сергеевна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60-59-39, (83544) 2-19-30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www.stroitel-urmary.ru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Урмарский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Урмары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264900-021-000260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27.02.2026 по 26.02.2027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