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21-С-0233-0317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 - МОСТ"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"АВТОБАН - МОСТ"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2127000767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1022100970990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17.03.1993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286 (16.03.2017)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Пауков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23-88-20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www.avtoban.ru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6/этаж I,II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05.08.2026 по 04.08.2027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