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21-С-0214-0217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"СтройТехКом"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"СтройТехКом"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2130146420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1142130015631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24.11.2014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280 (07.02.2017)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Чекмарев Евгений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23-80-40, 21-21-10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433-550-247995/25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12.12.2025 по 11.12.2026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