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21-С-0213-0217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"АНКЕР"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"АНКЕР"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2130146149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1142130015356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(927) 868-11-44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Нижегородская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03.02.2017 по 02.02.2018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