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21-С-0190-0117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ДООО "Спецстрой"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Дочернее общество с ограниченной ответственностью "Спецстрой" акционерного общества "Строительный трест №3"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2106002097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1022102229049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21.11.2000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277 (24.01.2017)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18.09.2025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Тимофеев Николай Зиновьевич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(83533) 2-36-00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429330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Канаш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Красноармейская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7225 GL 5019 KSRO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23.07.2025 по 22.07.2026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