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21-С-0159-1216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"СИЛОВЫЕ И АВТОМАТИЗИРОВАННЫЕ СИСТЕМЫ"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"СИЛОВЫЕ И АВТОМАТИЗИРОВАННЫЕ СИСТЕМЫ"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2128010302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1022101151291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26.06.2001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271 (14.12.2016)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Президент, Фильшин Максим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25-61-62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площадь Речников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этаж 2, 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433-090681/21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01.12.2021 по 30.11.2022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