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21-С-0147-1216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"Стройка-21"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"Стройка-21"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2130072803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1102130005471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13.05.2010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269 (06.12.2016)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Жарков Константин Кириллович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40-66-16, 40-66-36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Нижегородская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помещение/офис 14/306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27.01.2026 по 26.01.2027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