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21-С-0141-1216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АО "СЗ "УОР"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Акционерное общество "Специализированный застройщик "Управление отделочных работ"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2128020692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1022101139323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02.06.2000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06.12.2016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269 (06.12.2016)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Второй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пятьсот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Лукин Иван Николаевич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50-68-76, 50-74-88, +7-902-328-31-54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428903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проезд Лапсарский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63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(Корпус/строение):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К.А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63А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Наименование организации: Страховое публичное акционерное общество «РЕСО-Гарантия» </w:t>
              <w:br/>
              <w:t>№ Лицензии: ОС 1209 - 03 от 20 августа 2015 года</w:t>
              <w:br/>
              <w:t>Адрес: 117105, г. Москва, Нагорный пр., д. 6</w:t>
              <w:br/>
              <w:t>Контактные телефоны: +7 (495) 730-30-00,  факс: +7 495) 956-25-85</w:t>
              <w:br/>
              <w:t>Веб сайт: http://www.reso.ru/</w:t>
              <w:br/>
              <w:t>Электронная почта: mail@reso.ru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924/3024261514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30.06.2026 по 29.06.2027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