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21-С-0050-0916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"ВНИИР-Промэлектро"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"ВНИИР-Промэлектро"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2128707397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1062128152965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257 (15.09.2016)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Моисеев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39-00-54, 39-00-55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www.vniir.ru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09.09.2025 по 08.09.2026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