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21-С-0086-0915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"ЭНТЕХ"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"ЭНТЕХ"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2130160471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1152130012110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17.09.2015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29.09.2015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226 (29.09.2015)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27.04.2017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 (п. 1 ч. 1 ст. 55.7 ГрК)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Лапин Дмитрий Сергеевич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41-04-55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Юности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Общество с ограниченной ответственностью «Центральное Страховое Общество»</w:t>
              <w:br/>
              <w:t>№ Лицензии: ОС 3517 - 03 от 19 августа 2015 года</w:t>
              <w:br/>
              <w:t>Адрес: 141006, Московская область, г. Мытищи, Шараповский проезд, стр. 7</w:t>
              <w:br/>
              <w:t>Контактные телефоны: +7 (495) 955-79-74;  8 800 555-41-11</w:t>
              <w:br/>
              <w:t xml:space="preserve">Веб сайт: http://www.sk-cso.ru/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21001СРОС -000068/16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24.09.2016 по 23.09.2017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