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21-С-0063-0615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"СМУ-123"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"СМУ-123"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2130083379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1112130000730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26.01.2011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17.06.2015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219 (17.06.2015)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19.01.2018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360 (26.01.2018)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287 659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"Управляющая компания "Стратегия 21"- Генеральный директор, Угаслов Александр Николаевич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(8352) 43-45-04, факс: (8352) 43-45-06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428034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Университетская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38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(Корпус/строение):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корпус 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32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Акционерное общество «Страховое общество газовой промышленности» (ОАО «СОГАЗ») </w:t>
              <w:br/>
              <w:t>№ Лицензии: ОС 1208 - 02 от 2 ноября 2016 года</w:t>
              <w:br/>
              <w:t>Адрес: 142770, Московская область, Ленинский район, поселок Газопровод, Бизнес-Центр</w:t>
              <w:br/>
              <w:t>Контактные телефоны: +7 (495) 428-57-27 факс: +7 (495) 428-78-96</w:t>
              <w:br/>
              <w:t>Веб сайт: http://www.sogaz.ru/</w:t>
              <w:br/>
              <w:t>Электронная почта: sogaz@sogaz.ru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7217 GL 0014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24.06.2017 по 23.06.2018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