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21-С-0212-0312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"Сетьстрой"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"Сетьстрой"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2130086651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1112130004062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08.04.2011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07.03.2012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—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17.03.2014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176 (17.03.2014)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Тетерин Андрей Алексеевич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48-83-38 +7(903)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324 Стрелковой Дивизии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10 Б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13450D4001233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02.03.2013 по 01.03.2014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