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21-С-0141-0110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"Жилремстрой"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"Жилремстрой"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2130066101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1092130013469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170 (11.02.2014)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Константинов Геннадий Константинович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56-12-74, факс: (8352) 56-12-65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42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02.02.2013 по 01.02.2014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