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21-С-0156-0912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"Поволжская строительная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"Поволжская строительная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2130060413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1092130008002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10.08.2009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12 (11.04.2013)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Герасимов Дмитрий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36-31-69 факс: (8352) 36-23-07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рабочий 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 00 СРО-000037/12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21.08.2012 по 20.08.2013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