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21-С-0134-0110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"Тройка-строй"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"Тройка-строй"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2127023620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1052128053570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98 (21.12.2011)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Трофимов Юрий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(905) 343-05-46, +7 (903) 358-60-60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Эгерский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02-10/421/29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02.03.2010 по 01.03.2011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