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21-С-0210-0711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"АБС ЗЭиМ Автоматизация"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"АБС ЗЭиМ Автоматизация"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2128006240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1022101130314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12.08.1992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15.07.2011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83 (15.07.2011)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Сушко Юрий Владиславович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30-21-20 факс: (8352) 30-21-20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www.zeim.ru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 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08.09.2025 по 07.09.2026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