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09-09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ЧЕСТ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ЧЕСТ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08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90076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7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9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0 (29.09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Федоров Эдуард Георг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1-60-25 факс: (8352) 41-60-15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Университ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8973777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10.2025 по 14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