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21-С-0207-0810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"Дорисс-УМ-2"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"Дорисс-Управление Механизации №2"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2130024856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1072130012547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30.07.2007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24.08.2010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13.12.2022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Ликвидатор, Никифорова Надежда Вениаминовна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30-55-23 факс: (8352) 52-80-72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«Страховая бизнес группа» </w:t>
              <w:br/>
              <w:t>№ Лицензии: С 3229 36 от 14 марта 2007 года</w:t>
              <w:br/>
              <w:t>Адрес: 394006, город Воронеж, улица Платонова, дом 16</w:t>
              <w:br/>
              <w:t>Контактные телефоны: +7 (473) 250-20-50</w:t>
              <w:br/>
              <w:t>Веб сайт: http://www.ibg.ru</w:t>
              <w:br/>
              <w:t>Электронная почта: office@ibg.ru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 045313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26.11.2021 по 25.11.2022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