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21-С-0206-0810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"Жилстроймонтаж"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"Жилстроймонтаж"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2130072930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1102130005603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18.05.2010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11.08.2010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30 (11.08.2010)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Второй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пятьсот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Викторов Василий Владимирович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 xml:space="preserve">(8352) 66-47-66 факс: (8352) 66-47-94 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428903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шоссе Канашское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ЗД. 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помещение 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Публичное акционерное общество «Страховая акционерная компания "Энергогарант"</w:t>
              <w:br/>
              <w:t>№ Лицензии: ОС 1834 - 03 от 1 февраля 2016 года</w:t>
              <w:br/>
              <w:t>Адрес: 115035, г. Москва, Садовническая наб., д. 23</w:t>
              <w:br/>
              <w:t>Контактные телефоны: +7 (495) 737-03-01, +7 (495) 737-03-30</w:t>
              <w:br/>
              <w:t>Веб сайт: http://www.energogarant.ru/</w:t>
              <w:br/>
              <w:t>Электронная почта: energy@msk-garant.ru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264900-021-001120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11.08.2026 по 10.08.2027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