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21-С-0171-0611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"Плазмотех"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"Плазмотех"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2124004562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1022101143151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09.07.1999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03.06.2011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77 (03.06.2011)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Михайлов Виктор Валерьянович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(8352) 35-08-61, факс: (8352) 35-08-61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Веб сайт: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 www.plazmoteh.ru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переулок Шевченко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Страховое публичное акционерное общество «РЕСО-Гарантия» </w:t>
              <w:br/>
              <w:t>№ Лицензии: ОС 1209 - 03 от 20 августа 2015 года</w:t>
              <w:br/>
              <w:t>Адрес: 117105, г. Москва, Нагорный пр., д. 6</w:t>
              <w:br/>
              <w:t>Контактные телефоны: +7 (495) 730-30-00,  факс: +7 495) 956-25-85</w:t>
              <w:br/>
              <w:t>Веб сайт: http://www.reso.ru/</w:t>
              <w:br/>
              <w:t>Электронная почта: mail@reso.ru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924/3009139346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17.05.2026 по 16.05.2027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