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21-С-0167-0310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"Строймонтаж"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"Строймонтаж"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2127327579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1032127013380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02.10.2003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12.03.2010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—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08.12.2014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197 (08.12.2014)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 из членов за отсутствие у юридического лица свидетельства о допуске хотя бы к одному виду работ, которые оказывают влияние на безопасность объектов капитального строительства (п. 5 ч. 2 ст. 55.7 ГрК)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Казаков Николай Михайлович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28-25-70, факс: (8352) 28-25-70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Дорожный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Страховое акционерное общество «ВСК»</w:t>
              <w:br/>
              <w:t>№ Лицензии: ОС 0621 - 03 от 11 сентября 2015 года</w:t>
              <w:br/>
              <w:t>Адрес: 121552, г. Москва, ул. Островная, д. 4</w:t>
              <w:br/>
              <w:t>Контактные телефоны: +7 (495) 727-44-44, +7 (495) 785-27-76</w:t>
              <w:br/>
              <w:t>Веб сайт: http://www.vsk.ru</w:t>
              <w:br/>
              <w:t>Электронная почта: info@vsk.ru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13450D4001504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16.03.2013 по 15.03.2014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